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ATA COLLE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ATA COLLE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