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ATA COLLEC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ATA COLLEC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