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REGISTREU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REGISTREU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