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TY HEALTH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TY HEALTH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