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STRETCHER BEARERS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STRETCHER BEARERS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