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ÉPOSÉ AUX PATIENT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ÉPOSÉ AUX PATIENT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