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PATIENT FOOD DISTRIBUTOR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PATIENT FOOD DISTRIBUTOR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M18100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