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MEDICINES DISPENSER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MEDICINES DISPENSER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