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DESPACHADOR/A DE MEDICAMENTOS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DESPACHADOR/A DE MEDICAMENTOS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