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HARMACY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HARMACY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