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ÉRATEUR DE SAIS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ÉRATEUR DE SAIS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