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REFERRAL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REFERRAL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