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PATIENT REFERRAL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PATIENT REFERRAL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