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REFERRAL ASSISTANT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REFERRAL ASSISTANT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M18600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