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STRETCHER BEARER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STRETCHER BEARER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M18800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