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CAMILLERO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CAMILLERO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