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BRANCARDI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BRANCARDI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