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WEIGHT MEASURER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WEIGHT MEASURER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