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MEDIDOR DE PESO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MEDIDOR DE PESO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