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AGENT DE MESURE POIDS/ TAILLE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AGENT DE MESURE POIDS/ TAILLE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M18900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