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LAUNDRY WORKER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LAUNDRY WORKER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