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AGENT DE LA BLANCHISSERIE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AGENT DE LA BLANCHISSERIE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