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STRATEGIC MEDICAL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STRATEGIC MEDICAL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