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SUPERVISOR MEDICAL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SUPERVISOR MEDICAL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