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TATIVE RESEARC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TATIVE RESEARC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