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QUALITATIVE RESEARC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QUALITATIVE RESEARC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