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QUALITATIVE 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QUALITATIVE 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