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RADIOGRAPHER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RADIOGRAPHER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M20200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