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ADIOGRAPH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ADIOGRAPH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