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INDUSTRIAL HYGIENIST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INDUSTRIAL HYGIENIST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