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IMPLEMENTATION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IMPLEMENTATION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