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RESEARCH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RESEARCH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