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RESEARCHER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RESEARCHER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