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E SERVIC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E SERVIC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