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LABORATOR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LABORATOR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