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OUTREACH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OUTREACH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