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NETWORK PHYSIOTHERAPIST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NETWORK PHYSIOTHERAPIST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M21300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