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NETWORK PHYSIOTHERAPIST SUPERVISOR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NETWORK PHYSIOTHERAPIST SUPERVISOR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M21300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TBD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