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NATION AND NETWORK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NATION AND NETWORK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