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MEDICAL DONATION AND NETWORKING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MEDICAL DONATION AND NETWORKING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M21400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