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UBLIC HEALT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UBLIC HEALT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