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PUBLIC HEALTH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PUBLIC HEALTH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M21600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