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UBLIC HEALTH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UBLIC HEALTH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