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DEPARTAMENTOS  DE SOPORTE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DEPARTAMENTOS  DE SOPORTE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