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DEPARTEMENTS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DEPARTEMENTS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