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DEPUTY PROJECT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DEPUTY PROJECT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P00700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