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 PROJET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 PROJET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