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ADVOCACY REPRESENTATIVE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ADVOCACY REPRESENTATIVE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