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REPRESENTANTE REGIONAL DE TESTIMONIO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REPRESENTANTE REGIONAL DE TESTIMONIO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