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PROGRAMMES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PROGRAMMES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